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pour l'économie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Hayek, Naïla/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Express. Éco(N°:None)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9782100567331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 économique/ analyse mathématique/ algébre/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 rappel des notions de base, les concepts fondamentaux et les mécanismes d'application indispensables à la réussite des examens en mathématiques cursus économiques.</w:t>
        <w:br/>
        <w:br/>
        <w:br/>
        <w:br/>
        <w:t>L'ensemble de la matière et des connaissances à acquérir est présentée de façon simple et concise en 27 fiches pédagogiques.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