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 des algorithmes en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Loudon, Kyle/ Jacoboni,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O'Reilly/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563-579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2841770966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des programmeurs déjà familiarisés avec le langage C. En fonction des besoins du moment, Maîtrise des algorithmes en C servira aussi bien d'ouvrage didactique que de manuel de référence.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