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Schwartz, Laurent/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2705657657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en plusieur variable/ dérivée partielle/ </w:t>
            </w:r>
          </w:p>
        </w:tc>
      </w:tr>
    </w:tbl>
    <w:p>
      <w:pPr>
        <w:pStyle w:val="Heading3"/>
      </w:pPr>
      <w:r>
        <w:t>Résumé :</w:t>
      </w:r>
    </w:p>
    <w:p>
      <w:r>
        <w:t>Ce second tome d’un cours d’analyse approfondit les bases posées dans le premier volume. Il aborde principalement les notions d’analyse en plusieurs variables, les intégrales multiples, les séries de fonctions, les suites et séries de Fourier, et les théorèmes fondamentaux liés à la convergence, à la continuité, et à la différentiabilité dans des espaces de dimension supérieure.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