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Rodier, Jean/ Legub, Bernard/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1695-1713. Index p.p. 1751-1759</w:t>
            </w:r>
          </w:p>
        </w:tc>
      </w:tr>
      <w:tr>
        <w:trPr>
          <w:trHeight w:val="567"/>
        </w:trPr>
        <w:tc>
          <w:tcPr>
            <w:tcW w:type="dxa" w:w="3000"/>
          </w:tcPr>
          <w:p>
            <w:r>
              <w:t>Numéro d'Identification</w:t>
            </w:r>
          </w:p>
        </w:tc>
        <w:tc>
          <w:tcPr>
            <w:tcW w:type="dxa" w:w="7000"/>
          </w:tcPr>
          <w:p>
            <w:r>
              <w:t>9782100754120</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analyse de l'eau/ interprétation/ </w:t>
            </w:r>
          </w:p>
        </w:tc>
      </w:tr>
    </w:tbl>
    <w:p>
      <w:pPr>
        <w:pStyle w:val="Heading3"/>
      </w:pPr>
      <w:r>
        <w:t>Résumé :</w:t>
      </w:r>
    </w:p>
    <w:p>
      <w:r>
        <w:t>Depuis plus de 50 ans, «Le Rodier» est la bible des professionnels de l'eau. C'est le seul ouvrage à expliciter toutes les méthodes d'analyse (chimique, microbiologique, etc.) applicables aux différents types d'eau (naturelles, usées, marine). Sous la coordination de Bernard Legube et avec pas moins de 15 collaborateurs, la 10/e édition de cet ouvrage constitue un ouvrage de synthèse présentant les techniques modernes d'analyses chimique, biologique et microbiologique des eaux. Prenant en compte les avancées technologiques les plus récentes dans le domaine de la chimie analytique, cette nouvelle édition présente un contenu fondamentalement renouvelé tout en conservant l'esprit et la forme des éditions précédentes. Enrichie de données sur les nombreux polluants organiques ciblés par les nouvelles réglementations, elle intègre les polluants émergents et s'appuie sur les nouveaux indicateurs biologiques permettant l'évaluation de l'état écologique des masses d'eau. L'interprétation des résultats analytiques occupe toujours une place de choix, contribuant à conférer à cet ouvrage une place de référence pour les professionnels de l'eau.  [source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