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analyse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Jolivet, Luc/ Labbas, rabah/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2746209950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matlab (logiciel)/ analyse numerique/ </w:t>
            </w:r>
          </w:p>
        </w:tc>
      </w:tr>
    </w:tbl>
    <w:p>
      <w:pPr>
        <w:pStyle w:val="Heading3"/>
      </w:pPr>
      <w:r>
        <w:t>Résumé :</w:t>
      </w:r>
    </w:p>
    <w:p>
      <w:r>
        <w:t>Analyse (ou analyse mathématique) est une branche des mathématiques qui étudie les fonctions, les limites, les séries, les intégrales, les dérivées, et plus généralement les comportements des objets continus. Elle s’intéresse aux concepts fondamentaux comme la continuité, la convergence, les suites et séries, et les fonctions différentiables ou intégrables.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