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Sécurité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Maiwald,Eric/ Chervy,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439-451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réseau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 :                         - Assimilez les bases de la sécurité des systèmes et réseaux</w:t>
        <w:br/>
        <w:br/>
        <w:t>- Comprenez les différentes formes d'attaques dont vous pouvez être victime</w:t>
        <w:br/>
        <w:br/>
        <w:t>- Découvrez les méthodes et outils des professionnels : anti-virus, pare-feu, détecteurs d'intrusions, etc.</w:t>
        <w:br/>
        <w:br/>
        <w:t>-Identifiez et mesurez les zones à risques de votre organisation et de vos systèmes</w:t>
        <w:br/>
        <w:br/>
        <w:t>-Construisez un programme de sécurité sur le plan organisationnel et technique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