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[Cent] 100 manipulations de chimie organique et inorganique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Mesplède, Jacques/ Saluzzo, Christine/ </w:t>
            </w:r>
          </w:p>
        </w:tc>
      </w:tr>
      <w:tr>
        <w:trPr>
          <w:trHeight w:val="567"/>
        </w:trPr>
        <w:tc>
          <w:tcPr>
            <w:tcW w:type="dxa" w:w="3000"/>
          </w:tcPr>
          <w:p>
            <w:r>
              <w:t>Adresse bib.</w:t>
            </w:r>
          </w:p>
        </w:tc>
        <w:tc>
          <w:tcPr>
            <w:tcW w:type="dxa" w:w="7000"/>
          </w:tcPr>
          <w:p>
            <w:r>
              <w:t xml:space="preserve">Bréal éd./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2749503523</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organique/ chimie inorganique/ </w:t>
            </w:r>
          </w:p>
        </w:tc>
      </w:tr>
    </w:tbl>
    <w:p>
      <w:pPr>
        <w:pStyle w:val="Heading3"/>
      </w:pPr>
      <w:r>
        <w:t>Résumé :</w:t>
      </w:r>
    </w:p>
    <w:p>
      <w:r>
        <w:t>Ce livre, destiné principalement aux candidats aux concours du CAPES externe et de l'agrégation de sciences physiques, présente une collection de 100 manipulations expérimentales en chimie organique et inorganique. Il se divise en six parties, chacune illustrant différentes notions à travers des montages spécifiques.</w:t>
        <w:br/>
        <w:br/>
        <w:t>Les principales caractéristiques du livre sont :</w:t>
        <w:br/>
        <w:br/>
        <w:t>Une étude détaillée de chaque type de montage, avec des manipulations illustrant les concepts abordés.</w:t>
        <w:br/>
        <w:br/>
        <w:t>La description des techniques expérimentales utilisées en laboratoire, en insistant sur la sécurité.</w:t>
        <w:br/>
        <w:br/>
        <w:t>Une sélection de 78 manipulations en chimie organique et 39 en chimie inorganique, permettant d'illustrer diverses notions telles que la caractérisation des groupes fonctionnels, les réactions de substitution, d'addition, d'estérification, hydrolyse, saponification, ainsi que la séparation, la purification et la caractérisation des composés.</w:t>
        <w:br/>
        <w:br/>
        <w:t>Ce volume sert d'outil pédagogique pour la compréhension pratique des techniques de laboratoire en chimie, en lien avec les programmes de formation et les exigences des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