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Physical chemistry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Kireev, V/ Peck, G/ Leib,F/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548-554. Index p.p. 555-572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0846407167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physical chemistry/ physicochemical/ </w:t>
            </w:r>
          </w:p>
        </w:tc>
      </w:tr>
    </w:tbl>
    <w:p>
      <w:pPr>
        <w:pStyle w:val="Heading3"/>
      </w:pPr>
      <w:r>
        <w:t>Résumé :</w:t>
      </w:r>
    </w:p>
    <w:p>
      <w:r>
        <w:t>This book is intended primarily as a short course in physical chemistry for engineering students not specializing in chemistry,for whom a correct understanding of the nature of phenomena is of greater importance than a capacity to make formal computations of various physicochemical quantities.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