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pour l'économie et la gestion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Belhaj, Skander/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9782311002737</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économie/ gestion/ </w:t>
            </w:r>
          </w:p>
        </w:tc>
      </w:tr>
    </w:tbl>
    <w:p>
      <w:pPr>
        <w:pStyle w:val="Heading3"/>
      </w:pPr>
      <w:r>
        <w:t>Résumé :</w:t>
      </w:r>
    </w:p>
    <w:p>
      <w:r>
        <w:t>Le but de cet  ouvrage est d’introduire de façon simple et élémentaire les techniques et les résultats mathématiques de bases en algèbre et en analyse que l’étudiant en première année de SE (Sciences Economiques), SG (Sciences de Gestion) et IAG (Informatique Appliquée à la Gestion) doit maîtriser et qu’il pourra réutiliser dans d’autres cours d’enseignement. Il ne s’agit pas de démontrer les théorèmes ou les résultats énoncés mais d’expliquer leurs utilisations et leurs règles de calcul. A la fin de chaque chapitre, les nombreux exercices corrigés qui complètent et illustrent le cours - 73 au total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