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méthodes électrochimiques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Robin, Jacques J/ Institut National Des Sciences Appliquées De lyon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 de Butler-Volmer/ transport ionique/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recueil pédagogique et technique destiné à présenter les principales méthodes électrochimiques utilisées en laboratoire et en industrie. Il rassemble les contributions issues des sessions de perfectionnement organisées à l'INSA (Institut National des Sciences Appliquées) de Lyon.</w:t>
        <w:br/>
        <w:br/>
        <w:br/>
        <w:br/>
        <w:t>Il s'adresse aux ingénieurs, chercheurs, techniciens et enseignants souhaitant maîtriser les bases et les applications avancées de l’électrochimie analytique.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