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internet, HTML 4, XML et Java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Eric, Ladd/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Ressources d'experts(N°:None)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1142-1175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2744006289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HTML 4/ XML/ </w:t>
            </w:r>
          </w:p>
        </w:tc>
      </w:tr>
    </w:tbl>
    <w:p>
      <w:pPr>
        <w:pStyle w:val="Heading3"/>
      </w:pPr>
      <w:r>
        <w:t>Résumé :</w:t>
      </w:r>
    </w:p>
    <w:p>
      <w:r>
        <w:t>Cet ouvrage offre une exploration approfondie des principales technologies web de la fin des années 1990, en mettant l'accent sur :</w:t>
        <w:br/>
        <w:br/>
        <w:t>HTML 4 : structuration des pages web, utilisation des tableaux, des cadres, des formulaires et des feuilles de style CSS.</w:t>
        <w:br/>
        <w:br/>
        <w:t>XML : création et manipulation de documents XML, transformation avec XSLT, et validation à l'aide de DTD.</w:t>
        <w:br/>
        <w:br/>
        <w:t>editions-eni.fr</w:t>
        <w:br/>
        <w:br/>
        <w:t>Java 2 : développement d'applets, programmation réseau, gestion des événements, et intégration avec les technologies web.</w:t>
        <w:br/>
        <w:br/>
        <w:t>Le livre propose des astuces, des raccourcis et des conseils pratiques pour améliorer les compétences en programmation web. Il est accompagné d'un CD-ROM contenant les codes sources des exemples, des utilitaires multimédias, des outils de compression et des clients FTP.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