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Topologie calcul différentiel et variable complexe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Raymond, Jean Saint/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Nouv.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Calvage et Mounet/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477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9782916352077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espace topologique/ séparabilité/ </w:t>
            </w:r>
          </w:p>
        </w:tc>
      </w:tr>
    </w:tbl>
    <w:p>
      <w:pPr>
        <w:pStyle w:val="Heading3"/>
      </w:pPr>
      <w:r>
        <w:t>Résumé :</w:t>
      </w:r>
    </w:p>
    <w:p>
      <w:r>
        <w:t>La topologie, le calcul différentiel et la variable complexe sont trois domaines fondamentaux des mathématiques qui étudient les structures des espaces, les transformations continues et les fonctions complexes, respectivement.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