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expérimentale. T1,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Bénédicte, Nowak Leclercq/ Le Maréchal, Jean François/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CAPES / AGREG(N°:None)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2100043110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organigue/ chimie expérimentale/ </w:t>
            </w:r>
          </w:p>
        </w:tc>
      </w:tr>
    </w:tbl>
    <w:p>
      <w:pPr>
        <w:pStyle w:val="Heading3"/>
      </w:pPr>
      <w:r>
        <w:t>Résumé :</w:t>
      </w:r>
    </w:p>
    <w:p>
      <w:r>
        <w:t>Cet ouvrage a pour ambition d'aider les futurs professeurs certifiés ou agrégés à préparer les épreuves de leurs concours, et plus spécifiquement l'oral. Ce recueil d'expériences de chimie adopte une présentation originale qui, en regard de chaque mode opératoire, justifie les différents choix de températures, de composés chimiques, de volumes, de verrerie, etc. Le lecteur peut ainsi non seulement suivre un mode opératoire détaillé pour reproduire une expérience, mais aussi en comprendre simultanément chaque détail, ce qui répond aux attentes du jury. Plus que la chimie, c'est le candidat au concours qui est au centre de cet ouvrage et, plus généralement, tout enseignant qui veut maîtriser suffisamment ce qu'il enseigne pour pouvoir transmettre les concepts de base de la chimie en s'aidant de l'expérience.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