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T2 , intégrales et séries de fonctions fonctions de plusieurs variables équations 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Thomsen, Povl/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222583038x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différentielle/ serie de fourier/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de la collection Flash U propose une synthèse claire et progressive des concepts fondamentaux de l'analyse mathématique. Conçu pour accompagner les étudiants en deuxième année de classes préparatoires scientifiques, l'ouvrage comprend :</w:t>
        <w:br/>
        <w:br/>
        <w:t>mollat.com</w:t>
        <w:br/>
        <w:br/>
        <w:br/>
        <w:br/>
        <w:t>Des résumés de cours précis et structurés, facilitant la compréhension des notions essentielles.</w:t>
        <w:br/>
        <w:br/>
        <w:br/>
        <w:br/>
        <w:t>61 exercices et problèmes classés par niveau de difficulté, avec des solutions détaillées pour permettre une auto-évaluation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