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Algorithmique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Léry, Jean Michel/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Pearson/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249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9782744076725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algorithmique/ complexité algorithmique/ </w:t>
            </w:r>
          </w:p>
        </w:tc>
      </w:tr>
    </w:tbl>
    <w:p>
      <w:pPr>
        <w:pStyle w:val="Heading3"/>
      </w:pPr>
      <w:r>
        <w:t>Résumé :</w:t>
      </w:r>
    </w:p>
    <w:p>
      <w:r>
        <w:t>Cet ouvrage est une introduction complète à l’algorithmique, illustrée par des applications concrètes en langages C, C++ et Java. Il s'adresse aux étudiants en informatique, aux ingénieurs débutants ainsi qu’à toute personne souhaitant acquérir une compréhension solide des concepts algorithmiques.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