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 (Stewart)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Stewart,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Modulo/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289650558X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 / séries de fonctions/ </w:t>
            </w:r>
          </w:p>
        </w:tc>
      </w:tr>
    </w:tbl>
    <w:p>
      <w:pPr>
        <w:pStyle w:val="Heading3"/>
      </w:pPr>
      <w:r>
        <w:t>Résumé :</w:t>
      </w:r>
    </w:p>
    <w:p>
      <w:r>
        <w:t>L'art d'enseigner, disait l'écrivain Mark Van Doren, est l'art d'aider à découvrir. James Stewart s'est efforcé ici d'écrire un livre qui aide les étudiants à découvrir le calcul différentiel, sa puissance pratique et son étonnante beauté. L'auteur aimerait amener les étudiants à sentir l'utilité du calcul différentiel, et à mieux maîtriser la manipulation des expressions et des concepts. Newton a certainement éprouvé un sentiment de triomphe à l'instant de ses grandes découvertes.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