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Léry, Jean Michel/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Synthex : informatique(N°:None)</w:t>
            </w:r>
          </w:p>
        </w:tc>
      </w:tr>
      <w:tr>
        <w:trPr>
          <w:trHeight w:val="567"/>
        </w:trPr>
        <w:tc>
          <w:tcPr>
            <w:tcW w:type="dxa" w:w="3000"/>
          </w:tcPr>
          <w:p>
            <w:r>
              <w:t>Numéro d'Identification</w:t>
            </w:r>
          </w:p>
        </w:tc>
        <w:tc>
          <w:tcPr>
            <w:tcW w:type="dxa" w:w="7000"/>
          </w:tcPr>
          <w:p>
            <w:r>
              <w:t>2744070866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Réflexivité/ langage C/ </w:t>
            </w:r>
          </w:p>
        </w:tc>
      </w:tr>
    </w:tbl>
    <w:p>
      <w:pPr>
        <w:pStyle w:val="Heading3"/>
      </w:pPr>
      <w:r>
        <w:t>Résumé :</w:t>
      </w:r>
    </w:p>
    <w:p>
      <w:r>
        <w:t>Cet ouvrage est une introduction synthétique aux grandes problématiques liées au langage, principalement dans le champ de la philosophie du langage, mais aussi en linguistique et en sciences humaines. dans cet ouvrage les fondements, les fonctions et les enjeux du langage à travers différentes approches théoriques. Le livre vise à éclairer ce qu’est le langage, comment il fonctionne, et en quoi il est essentiel à l’être humain.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