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Algorithmique et représentation des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Lucas, Michel/ Peyrin, Jean Pierre/ Scholl, Pierre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Manuels informatiques Masson(N°:None)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2225801096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programmation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traitement des données/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