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 Langage C au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Monteil, Theirry/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du Mirail/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289-293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9782810702237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et type/ structure de contrôle/ langage C/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s'appuie sur l'expérience pratique d'enseignants à l'INSA et propose des exercices corrigés pour accompagner le lecteur dans sa progression.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