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T1 , espaces vectoriels normés séries a termes constants dérivation.intégrations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Thomsen, Povl/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2225855315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63 exercices et problémes avec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