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en kit. 3, sommes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Duflo, Marie/ Frish, Marc/ Guegan, Dominique/ Balabane,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155-156 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2711720446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Maths en kit. 3, Sommes » est un ouvrage ou une ressource pédagogique destinée à l’apprentissage des notions liées aux sommes en mathématiques, notamment l’addition et les séries numériques. Ce troisième volume dans la collection « Maths en kit » propose des exercices, des explications et des activités visant à aider les élèves à comprendre et maîtriser le calcul des sommes, avec une approche progressive et ludique adaptée à leur niveau scolaire.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