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téléinformatiques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de recherche en informatique (Vandoeuvre-lès-Nancy, Meurthe-et-Moselle)/ Derniame, Jean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2010062191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Réseaux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informatique/ transfert de données/ </w:t>
            </w:r>
          </w:p>
        </w:tc>
      </w:tr>
    </w:tbl>
    <w:p>
      <w:pPr>
        <w:pStyle w:val="Heading3"/>
      </w:pPr>
      <w:r>
        <w:t>Résumé :</w:t>
      </w:r>
    </w:p>
    <w:p>
      <w:r>
        <w:t>Le livre Réseaux téléinformatiques de Deniame Jean-Claude offre une introduction complète aux notions fondamentales des réseaux de télécommunication et d'informatique. Il couvre les principes de fonctionnement, les architectures, les protocoles, ainsi que les enjeux liés à la sécurité et à la gestion des réseaux. Appliqué à la fois aux réseaux locaux (LAN) et aux réseaux étendus (WAN)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