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XQuery pour interroger des données XML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maître, Jacques/ Bruno, Emmanuel/ </w:t>
            </w:r>
          </w:p>
        </w:tc>
      </w:tr>
      <w:tr>
        <w:trPr>
          <w:trHeight w:val="567"/>
        </w:trPr>
        <w:tc>
          <w:tcPr>
            <w:tcW w:type="dxa" w:w="3000"/>
          </w:tcPr>
          <w:p>
            <w:r>
              <w:t>Adresse bib.</w:t>
            </w:r>
          </w:p>
        </w:tc>
        <w:tc>
          <w:tcPr>
            <w:tcW w:type="dxa" w:w="7000"/>
          </w:tcPr>
          <w:p>
            <w:r>
              <w:t xml:space="preserve">Ellipses édition marketing S.A/ </w:t>
            </w:r>
          </w:p>
        </w:tc>
      </w:tr>
      <w:tr>
        <w:trPr>
          <w:trHeight w:val="567"/>
        </w:trPr>
        <w:tc>
          <w:tcPr>
            <w:tcW w:type="dxa" w:w="3000"/>
          </w:tcPr>
          <w:p>
            <w:r>
              <w:t>Nombre de Pages</w:t>
            </w:r>
          </w:p>
        </w:tc>
        <w:tc>
          <w:tcPr>
            <w:tcW w:type="dxa" w:w="7000"/>
          </w:tcPr>
          <w:p>
            <w:r>
              <w:t>VII-201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9782729883485</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XQuery (langage de programmation)/ XML (langage de balisage)/ </w:t>
            </w:r>
          </w:p>
        </w:tc>
      </w:tr>
    </w:tbl>
    <w:p>
      <w:pPr>
        <w:pStyle w:val="Heading3"/>
      </w:pPr>
      <w:r>
        <w:t>Résumé :</w:t>
      </w:r>
    </w:p>
    <w:p>
      <w:r>
        <w:t>Le langage XQuery est un langage de requêtes déclaratif et modulaire faisant partie de la famille des langages fonctionnels. Il est aux données XML ce que SQL est aux données relationnelles. XQuery a été développé au sein du W3C (World Wide Web Consortium) pour interroger les données XML qui sont de plus en plus présentes sur le Web et dans les systèmes d'information Il peut être utilisé, soit pour interroger des documents XML enregistrés dans de simples fichiers, soit pour interroger des données XML enregistrées dans des bases de données XML natives ou des bases de données relationnelles.</w:t>
        <w:br/>
        <w:br/>
        <w:br/>
        <w:br/>
        <w:t>C'est à l'étude du langage XQuery et de sa mise en oeuvre qu'est consacré cet ouvrage qui s'adresse aux étudiants et professionnels ayant une bonne pratique de la programmation et de l'interrogation des bases de données.</w:t>
        <w:br/>
        <w:br/>
        <w:br/>
        <w:br/>
        <w:t>Le livre décrit d'abord les principaux aspects du langage : le modèle de données sous-jacent, les opérateurs et l'organisation modulaire. Il présente ensuite les nouvelles fonctionnalités offertes par XQuery 3.0, sa dernière version. Il se termine par un exposé des points clés du développement d'une application de gestion de données XML. Tous les chapitres sont illustrés par de nombreux exemples et comportent des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