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Logique séquentielle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Souag, Nadia/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9789961669600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logique/ circuit séquentiel/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Cours et exercices sur la logique séquentielle : Ce document propose une introduction détaillée aux circuits logiques séquentiels, incluant des exercices pratiques et leurs corrigés. </w:t>
        <w:br/>
        <w:br/>
        <w:br/>
        <w:br/>
        <w:br/>
        <w:br/>
        <w:t xml:space="preserve">Exercices corrigés de logique combinatoire et séquentielle : Cette ressource offre des exercices approfondis sur les circuits séquentiels, avec des solutions détaillées. </w:t>
        <w:br/>
        <w:br/>
        <w:t>Logique séquentielle - Exercices corrigés (AlloSchool) : Une série d'exercices corrigés, idéale pour les étudiants en électronique et en informatique.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