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Informatique par et pour les gestionnaires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Lasfargue, Yves/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Editions d'organisation/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2708104187</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informatique appliquée à la gestion/ système d'information (SI)/ </w:t>
            </w:r>
          </w:p>
        </w:tc>
      </w:tr>
    </w:tbl>
    <w:p>
      <w:pPr>
        <w:pStyle w:val="Heading3"/>
      </w:pPr>
      <w:r>
        <w:t>Résumé :</w:t>
      </w:r>
    </w:p>
    <w:p>
      <w:r>
        <w:t>Ce livre propose une approche pédagogique de l'informatique, en mettant l'accent sur son utilisation pratique par les gestionnaires. Il aborde des sujets tels que la gestion des fichiers, le contrôle de la saisie des données et l'organisation des systèmes d'information. L'objectif est de rendre l'informatique accessible et utile aux responsables d'entreprises, en leur fournissant les outils nécessaires pour optimiser la gestion de l'information au sein de leurs organisations.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