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VBA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Lentzner, Remy/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Aliss Multimédia/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Apprendre et progresser(N°:None)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469-480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2847820159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automatisation/ débogage/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s’adresse à tous ceux qui souhaitent apprendre à programmer en VBA (Visual Basic for Applications) dans les trois principaux logiciels de la suite Microsoft Office 2002 : Excel, Word et Access. Il offre une introduction progressive au langage VBA, puis développe des applications concrètes dans chacun des logiciels.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