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Thuillier,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Instituts universitaires de technologie(N°:None)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9782100082315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suite numérique/ serie de fourier/ </w:t>
            </w:r>
          </w:p>
        </w:tc>
      </w:tr>
    </w:tbl>
    <w:p>
      <w:pPr>
        <w:pStyle w:val="Heading3"/>
      </w:pPr>
      <w:r>
        <w:t>Résumé :</w:t>
      </w:r>
    </w:p>
    <w:p>
      <w:r>
        <w:t>Ce troisième tome du Cours d’analyse est conçu pour les étudiants des IUT, BTS et formations techniques supérieures. Il se concentre sur les séries et les transformations intégrales, outils essentiels en analyse mathématique et en traitement du signal. L'objectif est de fournir aux lecteurs les techniques nécessaires pour développer une fonction en série entière ou en série de Fourier, et de maîtriser les transformations de Laplace et en Z, largement utilisées en physique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