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Oscillations systemes à un et deux degres de liberté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Boudour,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Publications de l'université de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9789961899212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oscillations/ degrés de liberté/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recueil de problèmes couvre l'ensemble du programme vibrations et ondes (TP010), ( SEP214) une partie du module mécanique physique et les nouveaux programmes de LMD et il est articulé en quatre partie : </w:t>
        <w:br/>
        <w:br/>
        <w:t>- on trouve dans la première partie les notions fondamentales de la mécanique des vibrations relatives aux systèmes à un degré de liberté ( masse, raideur, amortisseur, force extérieure). - Dans la deuxième partie sont traités les systèmes à deux et trois degrés de liberté. - Dans la troisième partie sont abordés les systèmes à N degrés de libertés et les différents types d'ondes.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