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 pour le calcul scientifique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Quarteroni; Alfio/ Sacco; Ricardo/ Saleri; Fausto/ Gerbeau, Jean-Frédéric/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Iris(N°:None)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2287597018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méthode spectrale/ convergence/ </w:t>
            </w:r>
          </w:p>
        </w:tc>
      </w:tr>
    </w:tbl>
    <w:p>
      <w:pPr>
        <w:pStyle w:val="Heading3"/>
      </w:pPr>
      <w:r>
        <w:t>Résumé :</w:t>
      </w:r>
    </w:p>
    <w:p>
      <w:r>
        <w:t>Présente les fondements théoriques et méthodologiques de l'analyse numérique en portant une attention particulière aux concepts de stabilité, de précision et de complexité des algorithmes. avec des applications à la résolution de problèmes de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