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Quinet; Jean/ Fazekas,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2040056335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Fonctions numériques. les dérivées. les différentielles. applications des dérivées à l'étude de la variation des fonctions. recherche des maximums et des minimums par des applications pratiques. etude pratique de la variation des fonctions.les intégrales. fonctions logarithmes et exponentielles.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