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numériques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Quarteroni; Alfio/ Sacco; Ricardo/ Saleri; Fausto/ Gerbeau, Jean-Frédéric/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9788847004955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 numérique/ algorithme/ </w:t>
            </w:r>
          </w:p>
        </w:tc>
      </w:tr>
    </w:tbl>
    <w:p>
      <w:pPr>
        <w:pStyle w:val="Heading3"/>
      </w:pPr>
      <w:r>
        <w:t>Résumé :</w:t>
      </w:r>
    </w:p>
    <w:p>
      <w:r>
        <w:t>Présente les fondements mathématiques du calcul scientifique tout en analysant les propriétés théoriques des méthodes numériques et en illustrant leurs avantages et inconvénients à l'aide d'exemples.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