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Cormen, Thomas/ Leiserso, Charles/ Rivest, Ronald/ Stein, Clifford/ Chrétienne, Philippe/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9782100039227</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w:t>
            </w:r>
          </w:p>
        </w:tc>
      </w:tr>
    </w:tbl>
    <w:p>
      <w:pPr>
        <w:pStyle w:val="Heading3"/>
      </w:pPr>
      <w:r>
        <w:t>Résumé :</w:t>
      </w:r>
    </w:p>
    <w:p>
      <w:r>
        <w:t>Cet ouvrage l'algorithmique et s'adresse aussi bien aux étudiants qu'aux professionnels en informatique. L'éventail des algorithmes étudiés va des plus classiques (tris, hachage...) aux plus récents (algorithmes parallèles...) permettant ainsi de passer progressivement des notions élémentaires aux thèmes les plus pointus. Les algorithmes sont présentés dans un pseudo-code proche des langages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