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Maitrisez SQL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Kauffman, John/ Matsik, Brian/ Spencer, Kevin/ Herbert, Ian/ Skinner, Julian/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Wrox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Programmer to programmer(N°:None)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9782744090035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SQL (langage de programmation)/ bases de données/ </w:t>
            </w:r>
          </w:p>
        </w:tc>
      </w:tr>
    </w:tbl>
    <w:p>
      <w:pPr>
        <w:pStyle w:val="Heading3"/>
      </w:pPr>
      <w:r>
        <w:t>Résumé :</w:t>
      </w:r>
    </w:p>
    <w:p>
      <w:r>
        <w:t>Véritable formation par la pratique, ce livre présente de manière progressive les concepts clefs du langage standard SQL. Vous apprendrez à gérer, manipuler et importer des données avec différents systèmes de bases de données : SQL Server 2000, MySQL, DB2 version 7, Oracle 8, Access. Les instructions, messages d'erreur et pièges à éviter sont toujours traités au moyen d'exemples concrets et sont renforcés par deux études de cas : mise en ouvre d'une base de données et de son schéma ; création d'un catalogue de produits en ligne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