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Java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Berthier, Jean Michel/ Jaworski, Jamie/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Ouvrage de 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574-598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Est conçu pour aider les développeurs à se préparer à la certification Sun Certified Java Programmer (SCJP), qui est un examen visant à valider les compétences en programmation Java. Voici un résumé des principaux concepts abordés dans le livre, ainsi que des domaines clés qui sont souvent couverts :Introduction à Java Historique de Java : Comment Java est né et son évolution à travers les différentes versions.Syntaxe de base : Déclaration des variables, types de données, opérateurs, structures de contrôle (if, loops, etc.), et gestion des entrées/sorties Structure d'un programme Java : Classes, méthodes, objets et organisation du code.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