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processus unifié de développement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Jacobson, Ivar/ Booch, Grady/ Brasart-Zaïm, Virginie/ Rumbaugh,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objet(N°:None)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9782212091427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logiciels/ SDL ( langage de spécification et de description)/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destiné à toutes les personnes impliquées dans des projets de développement logiciel : chefs de projet et consultants, analystes et concepteurs, ingénieurs système, développeurs, ingénieurs méthode et qualité, responsables des tests, rédacteurs techniques,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