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Internet, 6 in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Kraynak; Joe/ Habraken; Joe/ Martin de La Salle, Damien./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Schuster-Macmillan/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6 en 1(N°:None)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506-521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9782744003677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</w:t>
            </w:r>
          </w:p>
        </w:tc>
      </w:tr>
    </w:tbl>
    <w:p>
      <w:pPr>
        <w:pStyle w:val="Heading3"/>
      </w:pPr>
      <w:r>
        <w:t>Résumé :</w:t>
      </w:r>
    </w:p>
    <w:p>
      <w:r>
        <w:t>Cet ouvrage complet vous donnera toutes les clés pour tirer rapidement parti des ressources de l'internet.organisé en chapitres courts,clairs et assimilables en une dizaine de minutes,il vous apprendra à configurer le matériel et les logiciels requis pour vous connecter au réseau des réseaux.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