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Halte aux hackers 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Hatch; Brian/ Kurtz; George/ Lee; James/ Moulin, Camille/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215-621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2746402874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sécurisation de Linux/ attaque externe/ analyse post-intrusion/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 vous saurez tout des intrusions Linux, qu'elles soient connues ou plus confidentielles, y compris les plus récentes : pour chacune d'entre elles, vous découvrirez les failles exploitées et bien sûr le détail des parades appropriées ; bref, tout ce qu'aucun utilisateur Linux sérieux n'a le droit d'ignorer.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