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Lamiro, Bart/ Najman, Laurent/ Talbot, Hugues/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 :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245-248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9782744071935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système d'éxploitation/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structure, les principales fonctionnalités et la mise en œuvre des systèmes d'exploitation. Chaque notion étudiée est illustrée par son implémentation dans Microsoft Windows et/ou GNU/Linux, les deux systèmes d'exploitation les plus courants. Après avoir rappelé les principes de fonctionnement d'un ordinateur, les auteurs décrivent et analysent les caractéristiques essentielles d'un système d'exploitation : la gestion et l'exécution des processus, la gestion de la mémoire, la gestion des périphériques, le stockage et l'organisation des données, et l'interaction avec l'utilisateur.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