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la découverte de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Lamdani, Sadek/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327-331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9961690239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micro-informatique actuelle/ microordinateur personnel/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tous les élements de base nécessaire zux néophytes,pour utiliser leur microordinateur personnel.</w:t>
        <w:br/>
        <w:br/>
        <w:t>Partant de l'explication et la revue en détail de tous les composants de la micro-informatique actuelle,en passant par la pratique de certains logiciels tels que word 97 et excel 97 ou les systèmes d'exploiatation tels que le MS DOS et le windows 98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