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base de l'analyse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Jambu,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407-410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2212052561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donnée/ statistique descriptive/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étudiants, aux enseignants et de façon générale à tous ceux ayant à traiter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