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Pratique de Langage Algol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Laborde, J/ Kuntzmann,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-Introduction a la programmation en langage algol</w:t>
        <w:br/>
        <w:br/>
        <w:t>-Procédure d'entrée-sortie</w:t>
        <w:br/>
        <w:br/>
        <w:t>-Bloc.porte des déclarations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