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 et 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Lallem,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Atlas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tous ceux qui,dans leur vie scolaire ou professionnelle sont amenés à manipuler des séries statistique,notament:</w:t>
        <w:br/>
        <w:br/>
        <w:t>-Les Sttisticiens et les inforlaticiens</w:t>
        <w:br/>
        <w:br/>
        <w:t>-Les Economistes,les financiers et les gestionnaires</w:t>
        <w:br/>
        <w:br/>
        <w:t>-Les Sociologues et les démographes</w:t>
        <w:br/>
        <w:br/>
        <w:t xml:space="preserve"> -Les Géologues et les géophysiciens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