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Martin,Jean-Claude/ 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L'indispensable en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manuels d'enseignement supérieur/ sciences physique/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L'essentiel de la prépa 1re année dans les matières principales (maths, physique et chimie) sous forme de résumés de cours et d'exercices types analysés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