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Entrepôts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Kimball; Ralph/ Raimond,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gestion/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le nouveaux développements le plus remarquable dans la conception des bases de données , ce mdèle étend  de facon incroyable les posibilités d'analyse de grands ensembles multimdimentionnels.Ecrit par l'un des principaux partisans de cette approche révolutionnaire.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