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 coeur de Java.V1, notions fondamentales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Horstmann, Cay S./ Cornell, Gary/ </w:t>
            </w:r>
          </w:p>
        </w:tc>
      </w:tr>
      <w:tr>
        <w:trPr>
          <w:trHeight w:val="567"/>
        </w:trPr>
        <w:tc>
          <w:tcPr>
            <w:tcW w:type="dxa" w:w="3000"/>
          </w:tcPr>
          <w:p>
            <w:r>
              <w:t>Edition</w:t>
            </w:r>
          </w:p>
        </w:tc>
        <w:tc>
          <w:tcPr>
            <w:tcW w:type="dxa" w:w="7000"/>
          </w:tcPr>
          <w:p>
            <w:r>
              <w:t>8e éd.</w:t>
            </w:r>
          </w:p>
        </w:tc>
      </w:tr>
      <w:tr>
        <w:trPr>
          <w:trHeight w:val="567"/>
        </w:trPr>
        <w:tc>
          <w:tcPr>
            <w:tcW w:type="dxa" w:w="3000"/>
          </w:tcPr>
          <w:p>
            <w:r>
              <w:t>Adresse bib.</w:t>
            </w:r>
          </w:p>
        </w:tc>
        <w:tc>
          <w:tcPr>
            <w:tcW w:type="dxa" w:w="7000"/>
          </w:tcPr>
          <w:p>
            <w:r>
              <w:t xml:space="preserve">Pearson éducation/ </w:t>
            </w:r>
          </w:p>
        </w:tc>
      </w:tr>
      <w:tr>
        <w:trPr>
          <w:trHeight w:val="567"/>
        </w:trPr>
        <w:tc>
          <w:tcPr>
            <w:tcW w:type="dxa" w:w="3000"/>
          </w:tcPr>
          <w:p>
            <w:r>
              <w:t>Nombre de Pages</w:t>
            </w:r>
          </w:p>
        </w:tc>
        <w:tc>
          <w:tcPr>
            <w:tcW w:type="dxa" w:w="7000"/>
          </w:tcPr>
          <w:p>
            <w:r>
              <w:t>819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801-819</w:t>
            </w:r>
          </w:p>
        </w:tc>
      </w:tr>
      <w:tr>
        <w:trPr>
          <w:trHeight w:val="567"/>
        </w:trPr>
        <w:tc>
          <w:tcPr>
            <w:tcW w:type="dxa" w:w="3000"/>
          </w:tcPr>
          <w:p>
            <w:r>
              <w:t>Numéro d'Identification</w:t>
            </w:r>
          </w:p>
        </w:tc>
        <w:tc>
          <w:tcPr>
            <w:tcW w:type="dxa" w:w="7000"/>
          </w:tcPr>
          <w:p>
            <w:r>
              <w:t>9782744073120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développement logiciel/ Java (langage de programmation)/ </w:t>
            </w:r>
          </w:p>
        </w:tc>
      </w:tr>
    </w:tbl>
    <w:p>
      <w:pPr>
        <w:pStyle w:val="Heading3"/>
      </w:pPr>
      <w:r>
        <w:t>Résumé :</w:t>
      </w:r>
    </w:p>
    <w:p>
      <w:r>
        <w:t>Entièrement mis à jour pour la nouvelle plateforme Java Standard Edition 6, le désormais classique Au cœur de Java est l'ouvrage de référence en programmation Java. A la fois complet et concret, il traite avec précision tous les éléments importants du langage et de la bibliothèque Java. Les notions abordées sont illustrées de programmes de démonstration, aisément maîtrisables et adaptés aux situations concrètes de programmation (gestion des clics de bouton, création de boîtes de dialogue, calculs complexes, affichage d'images en mosaïque, pause et reprise d'animations, etc.). Ils constitueront un excellent point de départ pour tous vos développements. Ce premier volume présente les nouveautés de Java SE 6 (compatibilités, améliorations graphiques, nouvelles classes, développement des Web Services...) et est entièrement consacré aux notions fondamentales du langage, ainsi qu'aux bases de la programmation d'interfaces utilisateur. Il aborde notamment en détail : les bases de la programmation orientée objet, la gestion des exceptions, les structures fondamentales de Java, la programmation générique, les interfaces et les classes internes, le cadre des collections, le mécanisme de réflexion de Java et de proxy, la simultanéité, le modèle d'écouteur d'événement, la conception d'interfaces graphiques (boîte à outils Swing) L'ouvrage intéressera à la fois les étudiants en programmation Java et les développeurs professionnels en quête d'un support didactique et pratique. Retrouvez tous les codes sources des exemples de l'ouvrage sur le site www.pearsoneducation.fr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