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Honeycutt, Jerry/ Ann Pike, Mary/ Wayssman, Jean/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1129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1117-1129</w:t>
            </w:r>
          </w:p>
        </w:tc>
      </w:tr>
      <w:tr>
        <w:trPr>
          <w:trHeight w:val="567"/>
        </w:trPr>
        <w:tc>
          <w:tcPr>
            <w:tcW w:type="dxa" w:w="3000"/>
          </w:tcPr>
          <w:p>
            <w:r>
              <w:t>Numéro d'Identification</w:t>
            </w:r>
          </w:p>
        </w:tc>
        <w:tc>
          <w:tcPr>
            <w:tcW w:type="dxa" w:w="7000"/>
          </w:tcPr>
          <w:p>
            <w:r>
              <w:t>2744002011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protocol/ communication à distance/ </w:t>
            </w:r>
          </w:p>
        </w:tc>
      </w:tr>
    </w:tbl>
    <w:p>
      <w:pPr>
        <w:pStyle w:val="Heading3"/>
      </w:pPr>
      <w:r>
        <w:t>Résumé :</w:t>
      </w:r>
    </w:p>
    <w:p>
      <w:r>
        <w:t>Cet ouvrage explore les aspects techniques, sociaux et culturels d'Internet. Il s'adresse tant aux novices qu'aux utilisateurs expérimentés, proposant une vue d'ensemble de ce qu'est Internet, comment il fonctionne et son impact sur notre quotidien.</w:t>
        <w:br/>
        <w:br/>
        <w:br/>
        <w:br/>
        <w:t>on peut dire qu'il traite les chapitres suivants :</w:t>
        <w:br/>
        <w:br/>
        <w:t>Origine et évolution :</w:t>
        <w:br/>
        <w:br/>
        <w:t>Honeycutt retrace l'histoire d'Internet, des premières recherches militaires à sa démocratisation dans les années 1990.</w:t>
        <w:br/>
        <w:br/>
        <w:t>Il discute de l'évolution des technologies qui ont façonné le web.</w:t>
        <w:br/>
        <w:br/>
        <w:t>Fonctionnement :</w:t>
        <w:br/>
        <w:br/>
        <w:t>Le livre explique les bases techniques, y compris le fonctionnement des serveurs, des navigateurs et des protocoles de communication, rendant les concepts accessibles à tous.</w:t>
        <w:br/>
        <w:br/>
        <w:t>Impact Social et Culturel :</w:t>
        <w:br/>
        <w:br/>
        <w:t>L'auteur examine comment Internet a transformé la communication, les relations sociales et l'accès à l'information.</w:t>
        <w:br/>
        <w:br/>
        <w:t>Il aborde les enjeux éthiques, tels que la vie privée, la sécurité et la désinformation.</w:t>
        <w:br/>
        <w:br/>
        <w:t>Avenir d'Internet :</w:t>
        <w:br/>
        <w:br/>
        <w:t>Honeycutt propose des réflexions sur l'avenir d'Internet, en considérant l'impact potentiel de l'intelligence artificielle et des nouvelles technologies.</w:t>
        <w:br/>
        <w:br/>
        <w:t>Education et Connectivité :</w:t>
        <w:br/>
        <w:br/>
        <w:t>Il insiste sur l'importance de l'éducation numérique et de l'accès équitable à Internet pour réduire la fracture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