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Logique combinatoire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Souag, Nadia/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Houma/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9789961669617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binaire/ code/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comporte six chapitres de cours suivis d'exercices et de problèmes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