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Monier, Jean Marie/ Sorosina,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espace vectoriel/ calcul différentiel / convergence/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compose de 400 méthodes et 450 exercices corrigés, dont 330 sont entièrement détaillés. Il couvre les principaux thèmes du programme d'analyse.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