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Exploration informatique et statistique des données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Jambu, Michel/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505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technique et scientifique des télécommunications(N°:None)</w:t>
            </w:r>
          </w:p>
        </w:tc>
      </w:tr>
      <w:tr>
        <w:trPr>
          <w:trHeight w:val="567"/>
        </w:trPr>
        <w:tc>
          <w:tcPr>
            <w:tcW w:type="dxa" w:w="3000"/>
          </w:tcPr>
          <w:p>
            <w:r>
              <w:t>Notes Générales</w:t>
            </w:r>
          </w:p>
        </w:tc>
        <w:tc>
          <w:tcPr>
            <w:tcW w:type="dxa" w:w="7000"/>
          </w:tcPr>
          <w:p>
            <w:r>
              <w:t>Bibliogr. p.p. 489-492 Index p.p. 493-499</w:t>
            </w:r>
          </w:p>
        </w:tc>
      </w:tr>
      <w:tr>
        <w:trPr>
          <w:trHeight w:val="567"/>
        </w:trPr>
        <w:tc>
          <w:tcPr>
            <w:tcW w:type="dxa" w:w="3000"/>
          </w:tcPr>
          <w:p>
            <w:r>
              <w:t>Numéro d'Identification</w:t>
            </w:r>
          </w:p>
        </w:tc>
        <w:tc>
          <w:tcPr>
            <w:tcW w:type="dxa" w:w="7000"/>
          </w:tcPr>
          <w:p>
            <w:r>
              <w:t>2040188401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analyse de donnée/ statistique exploratoire/ </w:t>
            </w:r>
          </w:p>
        </w:tc>
      </w:tr>
    </w:tbl>
    <w:p>
      <w:pPr>
        <w:pStyle w:val="Heading3"/>
      </w:pPr>
      <w:r>
        <w:t>Résumé :</w:t>
      </w:r>
    </w:p>
    <w:p>
      <w:r>
        <w:t>Cet ouvrage est un guide complet sur les méthodes statistiques et informatiques utilisées pour explorer, analyser et représenter des ensembles de données souvent complexes et volumineux.Michel Jambu présente d’abord les fondements de l’analyse exploratoire des données, dont l'objectif est de faire émerger la structure et les relations entre variables ou individus sans a priori sur les modèles sous-jacents.Tout au long du livre, Michel Jambu s'appuie sur des exemples concrets, des explications algorithmiques claires et des illustrations, rendant l'ouvrage accessible aux chercheurs, aux étudiants et aux praticiens qui veulent comprendre et appliquer ces méthodes.Le texte met aussi en avant l’importance de l’outil informatique pour traiter de grands ensembles de données, en soulignant le lien entre théories statistiques et applications pratiques.En résumé, cet ouvrage est une référence pour qui veut maîtriser les outils statistiques d’exploration des données, que ce soit pour l’analyse de données sociales, économiques, biologiques ou industrielles.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