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Organisation et gestion de la production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Javel, Georges/ </w:t>
            </w:r>
          </w:p>
        </w:tc>
      </w:tr>
      <w:tr>
        <w:trPr>
          <w:trHeight w:val="567"/>
        </w:trPr>
        <w:tc>
          <w:tcPr>
            <w:tcW w:type="dxa" w:w="3000"/>
          </w:tcPr>
          <w:p>
            <w:r>
              <w:t>Edition</w:t>
            </w:r>
          </w:p>
        </w:tc>
        <w:tc>
          <w:tcPr>
            <w:tcW w:type="dxa" w:w="7000"/>
          </w:tcPr>
          <w:p>
            <w:r>
              <w:t>4éme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 sup(N°:None)</w:t>
            </w:r>
          </w:p>
        </w:tc>
      </w:tr>
      <w:tr>
        <w:trPr>
          <w:trHeight w:val="567"/>
        </w:trPr>
        <w:tc>
          <w:tcPr>
            <w:tcW w:type="dxa" w:w="3000"/>
          </w:tcPr>
          <w:p>
            <w:r>
              <w:t>Notes Générales</w:t>
            </w:r>
          </w:p>
        </w:tc>
        <w:tc>
          <w:tcPr>
            <w:tcW w:type="dxa" w:w="7000"/>
          </w:tcPr>
          <w:p>
            <w:r>
              <w:t>Bibliogr. Index p.p. 441-444</w:t>
            </w:r>
          </w:p>
        </w:tc>
      </w:tr>
      <w:tr>
        <w:trPr>
          <w:trHeight w:val="567"/>
        </w:trPr>
        <w:tc>
          <w:tcPr>
            <w:tcW w:type="dxa" w:w="3000"/>
          </w:tcPr>
          <w:p>
            <w:r>
              <w:t>Numéro d'Identification</w:t>
            </w:r>
          </w:p>
        </w:tc>
        <w:tc>
          <w:tcPr>
            <w:tcW w:type="dxa" w:w="7000"/>
          </w:tcPr>
          <w:p>
            <w:r>
              <w:t>9782100551132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gestion de production/ organisation industrielle/ </w:t>
            </w:r>
          </w:p>
        </w:tc>
      </w:tr>
    </w:tbl>
    <w:p>
      <w:pPr>
        <w:pStyle w:val="Heading3"/>
      </w:pPr>
      <w:r>
        <w:t>Résumé :</w:t>
      </w:r>
    </w:p>
    <w:p>
      <w:r>
        <w:t>Cet ouvrage, fondé sur l'analyse systémique de l'entreprise, présente les grandes fonctions de la production (stock, négoce, étude), les méthodes de la gestion de production (planification, ordonnancement, qualité) et les outils de la gestion de production ( GPAO, ERP, CSM). Le cours s'appuie sur de nombreux exemples concrets et propose 30 études de cas actualisées dont il fournit un corrigé détaillé.</w:t>
        <w:br/>
        <w:br/>
        <w:t>Cette quatrième édition tient compte des modèles informatiques récents et des données sur la qualité selon les normes européennes.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